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27D0" w14:textId="5AD26D59" w:rsidR="00903B6A" w:rsidRPr="003D5C0D" w:rsidRDefault="00903B6A" w:rsidP="006F2509">
      <w:pPr>
        <w:spacing w:after="0" w:line="240" w:lineRule="auto"/>
        <w:ind w:left="3600"/>
        <w:rPr>
          <w:rFonts w:ascii="Calibri" w:eastAsia="Times New Roman" w:hAnsi="Calibri" w:cs="Calibri"/>
          <w:color w:val="000000"/>
          <w:lang w:val="pl-PL" w:eastAsia="pl-PL"/>
        </w:rPr>
      </w:pPr>
      <w:r w:rsidRPr="003D5C0D">
        <w:rPr>
          <w:rFonts w:ascii="Calibri" w:eastAsia="Times New Roman" w:hAnsi="Calibri" w:cs="Calibri"/>
          <w:color w:val="000000"/>
          <w:lang w:val="pl-PL" w:eastAsia="pl-PL"/>
        </w:rPr>
        <w:t xml:space="preserve">Załącznik nr </w:t>
      </w:r>
      <w:r w:rsidR="001F3115" w:rsidRPr="003D5C0D">
        <w:rPr>
          <w:rFonts w:ascii="Calibri" w:eastAsia="Times New Roman" w:hAnsi="Calibri" w:cs="Calibri"/>
          <w:color w:val="000000"/>
          <w:lang w:val="pl-PL" w:eastAsia="pl-PL"/>
        </w:rPr>
        <w:t>1</w:t>
      </w:r>
      <w:r w:rsidR="00FF6409">
        <w:rPr>
          <w:rFonts w:ascii="Calibri" w:eastAsia="Times New Roman" w:hAnsi="Calibri" w:cs="Calibri"/>
          <w:color w:val="000000"/>
          <w:lang w:val="pl-PL" w:eastAsia="pl-PL"/>
        </w:rPr>
        <w:t>1</w:t>
      </w:r>
      <w:r w:rsidRPr="003D5C0D">
        <w:rPr>
          <w:rFonts w:ascii="Calibri" w:eastAsia="Times New Roman" w:hAnsi="Calibri" w:cs="Calibri"/>
          <w:color w:val="000000"/>
          <w:lang w:val="pl-PL" w:eastAsia="pl-PL"/>
        </w:rPr>
        <w:t xml:space="preserve"> do </w:t>
      </w:r>
      <w:r w:rsidR="001F3115" w:rsidRPr="003D5C0D">
        <w:rPr>
          <w:rFonts w:ascii="Calibri" w:eastAsia="Times New Roman" w:hAnsi="Calibri" w:cs="Calibri"/>
          <w:color w:val="000000"/>
          <w:lang w:val="pl-PL" w:eastAsia="pl-PL"/>
        </w:rPr>
        <w:t>Regulaminu naboru do projektu</w:t>
      </w:r>
    </w:p>
    <w:p w14:paraId="4FD31227" w14:textId="77777777" w:rsidR="006F2509" w:rsidRPr="00E91C00" w:rsidRDefault="006F2509" w:rsidP="00980D63">
      <w:pPr>
        <w:spacing w:line="36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C15D3CE" w14:textId="2C6B4E11" w:rsidR="00794EBC" w:rsidRDefault="00794EBC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lang w:val="pl-PL"/>
        </w:rPr>
      </w:pPr>
      <w:r w:rsidRPr="003D5C0D">
        <w:rPr>
          <w:rFonts w:asciiTheme="majorHAnsi" w:hAnsiTheme="majorHAnsi" w:cstheme="majorHAnsi"/>
          <w:b/>
          <w:bCs/>
          <w:lang w:val="pl-PL"/>
        </w:rPr>
        <w:t>OŚWIADCZENIE DOTYCZĄCE PODATKU OD TOWARÓW I USŁUG (VAT)</w:t>
      </w:r>
    </w:p>
    <w:p w14:paraId="79C95457" w14:textId="77777777" w:rsidR="00980D63" w:rsidRPr="00E91C00" w:rsidRDefault="00980D63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2620"/>
        <w:gridCol w:w="6164"/>
      </w:tblGrid>
      <w:tr w:rsidR="00980D63" w:rsidRPr="003D5C0D" w14:paraId="39A18590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163C0C07" w14:textId="4003D9FB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>Nazw</w:t>
            </w:r>
            <w:r w:rsidR="00F741A8" w:rsidRPr="003D5C0D">
              <w:rPr>
                <w:rFonts w:asciiTheme="majorHAnsi" w:hAnsiTheme="majorHAnsi" w:cstheme="majorHAnsi"/>
              </w:rPr>
              <w:t xml:space="preserve">a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18A629E2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980D63" w:rsidRPr="003D5C0D" w14:paraId="5A92D50B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048DC394" w14:textId="42C12618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 xml:space="preserve">NIP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4D94A536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980D63" w:rsidRPr="003D5C0D" w14:paraId="3009FB97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4E03EB53" w14:textId="3DF89733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 xml:space="preserve">Adres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0767B150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</w:tbl>
    <w:p w14:paraId="257149C3" w14:textId="77777777" w:rsidR="00980D63" w:rsidRPr="00E91C00" w:rsidRDefault="00980D63" w:rsidP="00980D63">
      <w:pPr>
        <w:spacing w:after="12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</w:p>
    <w:p w14:paraId="3A53D8FF" w14:textId="3F682727" w:rsidR="00980D63" w:rsidRPr="006F2509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6F2509">
        <w:rPr>
          <w:rFonts w:asciiTheme="majorHAnsi" w:hAnsiTheme="majorHAnsi" w:cstheme="majorHAnsi"/>
          <w:sz w:val="20"/>
          <w:szCs w:val="20"/>
        </w:rPr>
        <w:t>Ja</w:t>
      </w:r>
      <w:r w:rsidR="00A77C5A" w:rsidRPr="006F2509">
        <w:rPr>
          <w:rFonts w:asciiTheme="majorHAnsi" w:hAnsiTheme="majorHAnsi" w:cstheme="majorHAnsi"/>
          <w:sz w:val="20"/>
          <w:szCs w:val="20"/>
        </w:rPr>
        <w:t>/My</w:t>
      </w:r>
      <w:r w:rsidRPr="006F2509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niżej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podpisany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>/a</w:t>
      </w:r>
      <w:r w:rsidR="00A77C5A" w:rsidRPr="006F2509">
        <w:rPr>
          <w:rFonts w:asciiTheme="majorHAnsi" w:hAnsiTheme="majorHAnsi" w:cstheme="majorHAnsi"/>
          <w:sz w:val="20"/>
          <w:szCs w:val="20"/>
        </w:rPr>
        <w:t>/</w:t>
      </w:r>
      <w:proofErr w:type="spellStart"/>
      <w:r w:rsidR="00A77C5A" w:rsidRPr="006F2509">
        <w:rPr>
          <w:rFonts w:asciiTheme="majorHAnsi" w:hAnsiTheme="majorHAnsi" w:cstheme="majorHAnsi"/>
          <w:sz w:val="20"/>
          <w:szCs w:val="20"/>
        </w:rPr>
        <w:t>ni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działając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imieniu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i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rzecz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Przedsiębiorcy</w:t>
      </w:r>
      <w:proofErr w:type="spellEnd"/>
      <w:r w:rsidR="00115FF3">
        <w:rPr>
          <w:rFonts w:asciiTheme="majorHAnsi" w:hAnsiTheme="majorHAnsi" w:cstheme="majorHAnsi"/>
          <w:sz w:val="20"/>
          <w:szCs w:val="20"/>
        </w:rPr>
        <w:t>,</w:t>
      </w:r>
      <w:r w:rsidR="00D61252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61252" w:rsidRPr="006F2509">
        <w:rPr>
          <w:rFonts w:asciiTheme="majorHAnsi" w:hAnsiTheme="majorHAnsi" w:cstheme="majorHAnsi"/>
          <w:sz w:val="20"/>
          <w:szCs w:val="20"/>
        </w:rPr>
        <w:t>wnioskuj</w:t>
      </w:r>
      <w:r w:rsidR="00A77C5A" w:rsidRPr="006F2509">
        <w:rPr>
          <w:rFonts w:asciiTheme="majorHAnsi" w:hAnsiTheme="majorHAnsi" w:cstheme="majorHAnsi"/>
          <w:sz w:val="20"/>
          <w:szCs w:val="20"/>
        </w:rPr>
        <w:t>ę</w:t>
      </w:r>
      <w:proofErr w:type="spellEnd"/>
      <w:r w:rsidR="00A77C5A" w:rsidRPr="006F2509">
        <w:rPr>
          <w:rFonts w:asciiTheme="majorHAnsi" w:hAnsiTheme="majorHAnsi" w:cstheme="majorHAnsi"/>
          <w:sz w:val="20"/>
          <w:szCs w:val="20"/>
        </w:rPr>
        <w:t>/my</w:t>
      </w:r>
      <w:r w:rsidR="00D61252" w:rsidRPr="006F2509">
        <w:rPr>
          <w:rFonts w:asciiTheme="majorHAnsi" w:hAnsiTheme="majorHAnsi" w:cstheme="majorHAnsi"/>
          <w:sz w:val="20"/>
          <w:szCs w:val="20"/>
        </w:rPr>
        <w:t xml:space="preserve"> o*:</w:t>
      </w:r>
    </w:p>
    <w:p w14:paraId="1FC424A5" w14:textId="77777777" w:rsidR="00980D63" w:rsidRPr="006F2509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eastAsia="pl-PL"/>
        </w:rPr>
      </w:pPr>
    </w:p>
    <w:p w14:paraId="7436F6DD" w14:textId="4DD3269C" w:rsidR="00DB0283" w:rsidRPr="00E31906" w:rsidRDefault="00E91C00" w:rsidP="00E91C00">
      <w:pPr>
        <w:pStyle w:val="Akapitzlist"/>
        <w:numPr>
          <w:ilvl w:val="0"/>
          <w:numId w:val="12"/>
        </w:numPr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E31906">
        <w:rPr>
          <w:rFonts w:asciiTheme="majorHAnsi" w:hAnsiTheme="majorHAnsi" w:cstheme="majorHAnsi"/>
          <w:sz w:val="20"/>
          <w:szCs w:val="20"/>
        </w:rPr>
        <w:t>1.</w:t>
      </w:r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r w:rsidR="00D21DE4" w:rsidRPr="00E31906">
        <w:rPr>
          <w:rFonts w:asciiTheme="majorHAnsi" w:hAnsiTheme="majorHAnsi" w:cstheme="majorHAnsi"/>
          <w:sz w:val="20"/>
          <w:szCs w:val="20"/>
        </w:rPr>
        <w:t>N</w:t>
      </w:r>
      <w:r w:rsidR="00DB0283" w:rsidRPr="00E31906">
        <w:rPr>
          <w:rFonts w:asciiTheme="majorHAnsi" w:hAnsiTheme="majorHAnsi" w:cstheme="majorHAnsi"/>
          <w:sz w:val="20"/>
          <w:szCs w:val="20"/>
        </w:rPr>
        <w:t>ie</w:t>
      </w:r>
      <w:r w:rsidR="00D21DE4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uwzględnianie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w Umowie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wsparcia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kwoty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od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towarów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i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usług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(</w:t>
      </w:r>
      <w:r w:rsidR="00DB0283" w:rsidRPr="00E31906">
        <w:rPr>
          <w:rFonts w:asciiTheme="majorHAnsi" w:hAnsiTheme="majorHAnsi" w:cstheme="majorHAnsi"/>
          <w:sz w:val="20"/>
          <w:szCs w:val="20"/>
        </w:rPr>
        <w:t>VAT</w:t>
      </w:r>
      <w:r w:rsidR="003F595A" w:rsidRPr="00E31906">
        <w:rPr>
          <w:rFonts w:asciiTheme="majorHAnsi" w:hAnsiTheme="majorHAnsi" w:cstheme="majorHAnsi"/>
          <w:sz w:val="20"/>
          <w:szCs w:val="20"/>
        </w:rPr>
        <w:t>)</w:t>
      </w:r>
      <w:r w:rsidR="00DB0283" w:rsidRPr="00E31906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uwagi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korzystanie ze zwolnienia </w:t>
      </w:r>
      <w:r w:rsidR="003F595A" w:rsidRPr="00E31906">
        <w:rPr>
          <w:rFonts w:asciiTheme="majorHAnsi" w:hAnsiTheme="majorHAnsi" w:cstheme="majorHAnsi"/>
          <w:sz w:val="20"/>
          <w:szCs w:val="20"/>
          <w:lang w:val="pl-PL"/>
        </w:rPr>
        <w:t>od podatku VAT</w:t>
      </w:r>
      <w:r w:rsidR="005E6810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>na podstawie § 3 ust. 1 pkt 14 Rozporządzenia Ministra Finansów z dnia 20 grudnia 2013 r. w sprawie zwolnień od podatku od towarów i usług oraz warunków stosowania tych zwolnień (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t.j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.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E31906" w:rsidRPr="00E31906">
        <w:rPr>
          <w:rFonts w:asciiTheme="majorHAnsi" w:hAnsiTheme="majorHAnsi" w:cstheme="majorHAnsi"/>
          <w:sz w:val="20"/>
          <w:szCs w:val="20"/>
          <w:lang w:val="pl-PL"/>
        </w:rPr>
        <w:t>Dz.U. z 2025 r. poz. 832</w:t>
      </w:r>
      <w:r w:rsidR="00FC363D">
        <w:rPr>
          <w:rFonts w:asciiTheme="majorHAnsi" w:hAnsiTheme="majorHAnsi" w:cstheme="majorHAnsi"/>
          <w:sz w:val="20"/>
          <w:szCs w:val="20"/>
          <w:lang w:val="pl-PL"/>
        </w:rPr>
        <w:t xml:space="preserve"> z </w:t>
      </w:r>
      <w:proofErr w:type="spellStart"/>
      <w:r w:rsidR="00FC363D">
        <w:rPr>
          <w:rFonts w:asciiTheme="majorHAnsi" w:hAnsiTheme="majorHAnsi" w:cstheme="majorHAnsi"/>
          <w:sz w:val="20"/>
          <w:szCs w:val="20"/>
          <w:lang w:val="pl-PL"/>
        </w:rPr>
        <w:t>późn</w:t>
      </w:r>
      <w:proofErr w:type="spellEnd"/>
      <w:r w:rsidR="00FC363D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zm.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>),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w związku </w:t>
      </w:r>
      <w:r w:rsidR="00D61252" w:rsidRPr="00E31906">
        <w:rPr>
          <w:rFonts w:asciiTheme="majorHAnsi" w:hAnsiTheme="majorHAnsi" w:cstheme="majorHAnsi"/>
          <w:sz w:val="20"/>
          <w:szCs w:val="20"/>
          <w:lang w:val="pl-PL"/>
        </w:rPr>
        <w:t>z zastosowaniem zwolnienia z podatku VAT dla Uczestników, których</w:t>
      </w:r>
      <w:r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>poziom dofinansowania</w:t>
      </w:r>
      <w:r w:rsidR="0058152A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>wynosi co najmniej 70%,</w:t>
      </w:r>
    </w:p>
    <w:p w14:paraId="4075FA86" w14:textId="77777777" w:rsidR="00E91C00" w:rsidRPr="006F2509" w:rsidRDefault="00E91C00" w:rsidP="00E91C00">
      <w:pPr>
        <w:pStyle w:val="Akapitzlist"/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371BC561" w14:textId="1EDDA799" w:rsidR="00DB0283" w:rsidRPr="006F2509" w:rsidRDefault="00B33743" w:rsidP="00B33743">
      <w:pPr>
        <w:pStyle w:val="Akapitzlist"/>
        <w:spacing w:after="120" w:line="24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2509">
        <w:rPr>
          <w:rFonts w:asciiTheme="majorHAnsi" w:hAnsiTheme="majorHAnsi" w:cstheme="majorHAnsi"/>
          <w:sz w:val="20"/>
          <w:szCs w:val="20"/>
          <w:lang w:val="pl-PL"/>
        </w:rPr>
        <w:t>J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estem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śmy</w:t>
      </w:r>
      <w:proofErr w:type="spellEnd"/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świadomy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/a/mi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i akceptuję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, że w przypadku grup mieszanych, obejmujących uczestników</w:t>
      </w:r>
      <w:r w:rsidR="00E91C0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z poziomem dofinansowania powyżej i poniżej 70%, </w:t>
      </w:r>
      <w:r w:rsidR="005E681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w umowie wsparcia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podatek VAT zostanie </w:t>
      </w:r>
      <w:r w:rsidR="005E681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doliczony tylko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dla uczestników</w:t>
      </w:r>
      <w:r w:rsidR="0058152A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z dofinansowaniem poniżej 70%</w:t>
      </w:r>
      <w:r w:rsidR="0058152A"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0170EDAF" w14:textId="6C3FCC56" w:rsidR="00DB0283" w:rsidRDefault="00E91C00" w:rsidP="003D5C0D">
      <w:pPr>
        <w:pStyle w:val="Akapitzlist"/>
        <w:numPr>
          <w:ilvl w:val="0"/>
          <w:numId w:val="12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2509">
        <w:rPr>
          <w:rFonts w:asciiTheme="majorHAnsi" w:hAnsiTheme="majorHAnsi" w:cstheme="majorHAnsi"/>
          <w:sz w:val="20"/>
          <w:szCs w:val="20"/>
        </w:rPr>
        <w:t xml:space="preserve">2. </w:t>
      </w:r>
      <w:r w:rsidR="00B33207" w:rsidRPr="006F2509">
        <w:rPr>
          <w:rFonts w:asciiTheme="majorHAnsi" w:hAnsiTheme="majorHAnsi" w:cstheme="majorHAnsi"/>
          <w:sz w:val="20"/>
          <w:szCs w:val="20"/>
        </w:rPr>
        <w:t>N</w:t>
      </w:r>
      <w:r w:rsidR="00DB0283" w:rsidRPr="006F2509">
        <w:rPr>
          <w:rFonts w:asciiTheme="majorHAnsi" w:hAnsiTheme="majorHAnsi" w:cstheme="majorHAnsi"/>
          <w:sz w:val="20"/>
          <w:szCs w:val="20"/>
        </w:rPr>
        <w:t>ie</w:t>
      </w:r>
      <w:r w:rsidR="00B33207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uwzględnianie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w Umowie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wsparcia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kwoty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VAT z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uwagi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5060AD" w:rsidRPr="006F2509">
        <w:rPr>
          <w:rFonts w:asciiTheme="majorHAnsi" w:hAnsiTheme="majorHAnsi" w:cstheme="majorHAnsi"/>
          <w:sz w:val="20"/>
          <w:szCs w:val="20"/>
          <w:lang w:val="pl-PL"/>
        </w:rPr>
        <w:t>korzystanie przez Usługodawcę z tzw. zwolnienia podmiotowego tj. zwolnienia od podatku VAT na podstawie innych przepisów niż § 3 ust. 1 pkt 14 Rozporządzenia Ministra Finansów z dnia 20 grudnia 2013 r. w sprawie zwolnień od podatku od towarów i usług oraz warunków stosowania tych zwolnień</w:t>
      </w:r>
      <w:r w:rsidR="00D61252"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1EBCE659" w14:textId="29C0C2E9" w:rsidR="00C170A3" w:rsidRPr="00C170A3" w:rsidRDefault="00C170A3" w:rsidP="00C170A3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>
        <w:rPr>
          <w:rFonts w:asciiTheme="majorHAnsi" w:hAnsiTheme="majorHAnsi" w:cstheme="majorHAnsi"/>
          <w:sz w:val="20"/>
          <w:szCs w:val="20"/>
          <w:lang w:val="pl-PL"/>
        </w:rPr>
        <w:t xml:space="preserve">3. </w:t>
      </w:r>
      <w:r w:rsidRPr="00C170A3">
        <w:rPr>
          <w:rFonts w:asciiTheme="majorHAnsi" w:hAnsiTheme="majorHAnsi" w:cstheme="majorHAnsi"/>
          <w:sz w:val="20"/>
          <w:szCs w:val="20"/>
          <w:lang w:val="pl-PL"/>
        </w:rPr>
        <w:t>nieuwzględnianie w Umowie wsparcia kwoty podatku VAT z uwagi na korzystanie przez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C170A3">
        <w:rPr>
          <w:rFonts w:asciiTheme="majorHAnsi" w:hAnsiTheme="majorHAnsi" w:cstheme="majorHAnsi"/>
          <w:sz w:val="20"/>
          <w:szCs w:val="20"/>
          <w:lang w:val="pl-PL"/>
        </w:rPr>
        <w:t>Usługodawcę z tzw. zwolnienia przedmiotowego (art. 43 ust. 1 Ustawy z dnia 11 marca 2004 r. o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C170A3">
        <w:rPr>
          <w:rFonts w:asciiTheme="majorHAnsi" w:hAnsiTheme="majorHAnsi" w:cstheme="majorHAnsi"/>
          <w:sz w:val="20"/>
          <w:szCs w:val="20"/>
          <w:lang w:val="pl-PL"/>
        </w:rPr>
        <w:t>podatku od towarów i usług) tj. zwolnienia od podatku VAT na podstawie innych przepisów niż § 3 ust.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C170A3">
        <w:rPr>
          <w:rFonts w:asciiTheme="majorHAnsi" w:hAnsiTheme="majorHAnsi" w:cstheme="majorHAnsi"/>
          <w:sz w:val="20"/>
          <w:szCs w:val="20"/>
          <w:lang w:val="pl-PL"/>
        </w:rPr>
        <w:t>1 pkt 14 Rozporządzenia Ministra Finansów z dnia 20 grudnia 2013 r. w sprawie zwolnień od podatku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C170A3">
        <w:rPr>
          <w:rFonts w:asciiTheme="majorHAnsi" w:hAnsiTheme="majorHAnsi" w:cstheme="majorHAnsi"/>
          <w:sz w:val="20"/>
          <w:szCs w:val="20"/>
          <w:lang w:val="pl-PL"/>
        </w:rPr>
        <w:t>od towarów i usług oraz warunków stosowania tych zwolnień</w:t>
      </w:r>
    </w:p>
    <w:p w14:paraId="21063FFC" w14:textId="666C2081" w:rsidR="00DB0283" w:rsidRPr="006F2509" w:rsidRDefault="00C170A3" w:rsidP="00DB0283">
      <w:pPr>
        <w:pStyle w:val="Akapitzlist"/>
        <w:numPr>
          <w:ilvl w:val="0"/>
          <w:numId w:val="12"/>
        </w:numPr>
        <w:spacing w:line="48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>
        <w:rPr>
          <w:rFonts w:asciiTheme="majorHAnsi" w:hAnsiTheme="majorHAnsi" w:cstheme="majorHAnsi"/>
          <w:sz w:val="20"/>
          <w:szCs w:val="20"/>
          <w:lang w:val="pl-PL"/>
        </w:rPr>
        <w:t>4</w:t>
      </w:r>
      <w:r w:rsidR="00E91C0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uwzględnienie w Umowie wsparcia kwoty podatku VAT</w:t>
      </w:r>
      <w:r w:rsidR="00E91C00"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3D61C34A" w14:textId="7ECCAD3C" w:rsidR="00980D63" w:rsidRPr="006F2509" w:rsidRDefault="003D5C0D" w:rsidP="00E91C00">
      <w:pPr>
        <w:spacing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proofErr w:type="spellStart"/>
      <w:r w:rsidRPr="006F2509">
        <w:rPr>
          <w:rFonts w:asciiTheme="majorHAnsi" w:hAnsiTheme="majorHAnsi" w:cstheme="majorHAnsi"/>
          <w:sz w:val="20"/>
          <w:szCs w:val="20"/>
        </w:rPr>
        <w:t>Jednocześnie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z</w:t>
      </w:r>
      <w:r w:rsidR="003F595A" w:rsidRPr="006F2509">
        <w:rPr>
          <w:rFonts w:asciiTheme="majorHAnsi" w:hAnsiTheme="majorHAnsi" w:cstheme="majorHAnsi"/>
          <w:sz w:val="20"/>
          <w:szCs w:val="20"/>
        </w:rPr>
        <w:t>obowiązuję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>/my</w:t>
      </w:r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się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niezwłocznego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poinformowania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Operatora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o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wszelkich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zmianach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mających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wpływ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możliwość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zastosowania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zwolnienia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VAT,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szczególności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przypadku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poziomu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dofinansowania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usług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rozwojowych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lub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statusu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podatkowego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Przedsiębiorcy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>.</w:t>
      </w:r>
    </w:p>
    <w:p w14:paraId="36BC35F5" w14:textId="77777777" w:rsidR="006F2509" w:rsidRPr="00E91C00" w:rsidRDefault="006F2509" w:rsidP="00E91C00">
      <w:pPr>
        <w:spacing w:after="100" w:afterAutospacing="1" w:line="240" w:lineRule="auto"/>
        <w:rPr>
          <w:rFonts w:asciiTheme="majorHAnsi" w:hAnsiTheme="majorHAnsi" w:cstheme="majorHAnsi"/>
        </w:rPr>
      </w:pPr>
    </w:p>
    <w:p w14:paraId="56F733FD" w14:textId="5C5F2DDE" w:rsidR="003A4462" w:rsidRPr="003D5C0D" w:rsidRDefault="003A4462" w:rsidP="00980D63">
      <w:pPr>
        <w:spacing w:line="360" w:lineRule="auto"/>
        <w:ind w:left="4320"/>
        <w:jc w:val="center"/>
        <w:rPr>
          <w:rFonts w:asciiTheme="majorHAnsi" w:hAnsiTheme="majorHAnsi" w:cstheme="majorHAnsi"/>
          <w:lang w:val="pl-PL"/>
        </w:rPr>
      </w:pPr>
      <w:r w:rsidRPr="003D5C0D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 w14:paraId="70E43593" w14:textId="3E80552C" w:rsidR="00980D63" w:rsidRPr="00E91C00" w:rsidRDefault="003A4462" w:rsidP="00E91C00">
      <w:pPr>
        <w:spacing w:line="240" w:lineRule="auto"/>
        <w:ind w:left="4321"/>
        <w:jc w:val="center"/>
        <w:rPr>
          <w:rFonts w:asciiTheme="majorHAnsi" w:hAnsiTheme="majorHAnsi" w:cstheme="majorHAnsi"/>
          <w:sz w:val="16"/>
          <w:szCs w:val="16"/>
          <w:lang w:val="pl-PL"/>
        </w:rPr>
      </w:pPr>
      <w:r w:rsidRPr="00E91C00">
        <w:rPr>
          <w:rFonts w:asciiTheme="majorHAnsi" w:hAnsiTheme="majorHAnsi" w:cstheme="majorHAnsi"/>
          <w:sz w:val="16"/>
          <w:szCs w:val="16"/>
          <w:lang w:val="pl-PL"/>
        </w:rPr>
        <w:t>Data i czytelny podpis osoby/osób</w:t>
      </w:r>
      <w:r w:rsidR="0058152A" w:rsidRPr="00E91C00">
        <w:rPr>
          <w:rFonts w:asciiTheme="majorHAnsi" w:hAnsiTheme="majorHAnsi" w:cstheme="majorHAnsi"/>
          <w:sz w:val="16"/>
          <w:szCs w:val="16"/>
          <w:lang w:val="pl-PL"/>
        </w:rPr>
        <w:br/>
      </w:r>
      <w:r w:rsidRPr="00E91C00">
        <w:rPr>
          <w:rFonts w:asciiTheme="majorHAnsi" w:hAnsiTheme="majorHAnsi" w:cstheme="majorHAnsi"/>
          <w:sz w:val="16"/>
          <w:szCs w:val="16"/>
          <w:lang w:val="pl-PL"/>
        </w:rPr>
        <w:t>upoważnionej/</w:t>
      </w:r>
      <w:proofErr w:type="spellStart"/>
      <w:r w:rsidRPr="00E91C00">
        <w:rPr>
          <w:rFonts w:asciiTheme="majorHAnsi" w:hAnsiTheme="majorHAnsi" w:cstheme="majorHAnsi"/>
          <w:sz w:val="16"/>
          <w:szCs w:val="16"/>
          <w:lang w:val="pl-PL"/>
        </w:rPr>
        <w:t>ych</w:t>
      </w:r>
      <w:proofErr w:type="spellEnd"/>
      <w:r w:rsidRPr="00E91C00">
        <w:rPr>
          <w:rFonts w:asciiTheme="majorHAnsi" w:hAnsiTheme="majorHAnsi" w:cstheme="majorHAnsi"/>
          <w:sz w:val="16"/>
          <w:szCs w:val="16"/>
          <w:lang w:val="pl-PL"/>
        </w:rPr>
        <w:t xml:space="preserve"> do reprezentacji Przedsiębiorcy</w:t>
      </w:r>
    </w:p>
    <w:p w14:paraId="051E156D" w14:textId="4ED03441" w:rsidR="00A77C5A" w:rsidRDefault="00A77C5A" w:rsidP="00A77C5A">
      <w:pPr>
        <w:spacing w:line="360" w:lineRule="auto"/>
        <w:rPr>
          <w:rFonts w:asciiTheme="majorHAnsi" w:hAnsiTheme="majorHAnsi" w:cstheme="majorHAnsi"/>
          <w:sz w:val="16"/>
          <w:szCs w:val="16"/>
          <w:lang w:val="pl-PL"/>
        </w:rPr>
      </w:pPr>
      <w:r w:rsidRPr="00E91C00">
        <w:rPr>
          <w:rFonts w:asciiTheme="majorHAnsi" w:hAnsiTheme="majorHAnsi" w:cstheme="majorHAnsi"/>
          <w:sz w:val="16"/>
          <w:szCs w:val="16"/>
          <w:lang w:val="pl-PL"/>
        </w:rPr>
        <w:t>* zaznaczyć właściwy rodzaj zwolnienia z podatku VAT</w:t>
      </w:r>
    </w:p>
    <w:p w14:paraId="48C941F8" w14:textId="77EEABFA" w:rsidR="006F2509" w:rsidRPr="00E91C00" w:rsidRDefault="006F2509" w:rsidP="00115FF3">
      <w:pPr>
        <w:spacing w:line="360" w:lineRule="auto"/>
        <w:jc w:val="both"/>
        <w:rPr>
          <w:rFonts w:asciiTheme="majorHAnsi" w:hAnsiTheme="majorHAnsi" w:cstheme="majorHAnsi"/>
          <w:sz w:val="16"/>
          <w:szCs w:val="16"/>
          <w:lang w:val="pl-PL"/>
        </w:rPr>
      </w:pPr>
      <w:r w:rsidRPr="006F2509">
        <w:rPr>
          <w:rFonts w:asciiTheme="majorHAnsi" w:hAnsiTheme="majorHAnsi" w:cstheme="majorHAnsi"/>
          <w:b/>
          <w:bCs/>
          <w:sz w:val="16"/>
          <w:szCs w:val="16"/>
          <w:lang w:val="pl-PL"/>
        </w:rPr>
        <w:lastRenderedPageBreak/>
        <w:t>Podpis musi pozwalać na jednoznaczną identyfikację osoby, która go złożyła tj. zawierać możliwe do odczytania nazwisko osoby składającej podpis lub parafkę + pieczęć firmowa z imieniem i nazwiskiem Przedsiębiorcy. Podpis musi być złożony własnoręcznie w oryginale, a nie za pomocą reprodukcji (faksymile) w formie pieczęci bądź wydruku pliku graficznego. Dopuszcza się elektroniczne podpisanie formularza poprzez opatrzenie go kwalifikowanym podpisem elektronicznym przez Przedsiębiorcę.</w:t>
      </w:r>
    </w:p>
    <w:sectPr w:rsidR="006F2509" w:rsidRPr="00E91C00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6D5FD" w14:textId="77777777" w:rsidR="00C2023F" w:rsidRDefault="00C2023F" w:rsidP="003A4462">
      <w:pPr>
        <w:spacing w:after="0" w:line="240" w:lineRule="auto"/>
      </w:pPr>
      <w:r>
        <w:separator/>
      </w:r>
    </w:p>
  </w:endnote>
  <w:endnote w:type="continuationSeparator" w:id="0">
    <w:p w14:paraId="1FA52DE6" w14:textId="77777777" w:rsidR="00C2023F" w:rsidRDefault="00C2023F" w:rsidP="003A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6B60" w14:textId="06E3CE05" w:rsidR="004B7119" w:rsidRDefault="00B823D7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2938EF" wp14:editId="07A135FF">
          <wp:simplePos x="0" y="0"/>
          <wp:positionH relativeFrom="margin">
            <wp:posOffset>2088515</wp:posOffset>
          </wp:positionH>
          <wp:positionV relativeFrom="margin">
            <wp:posOffset>8294370</wp:posOffset>
          </wp:positionV>
          <wp:extent cx="1416050" cy="361950"/>
          <wp:effectExtent l="0" t="0" r="0" b="0"/>
          <wp:wrapSquare wrapText="bothSides"/>
          <wp:docPr id="1726074834" name="Obraz 1" descr="Obraz zawierający tekst, Czcionka, biały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5BEE7" w14:textId="77777777" w:rsidR="00C2023F" w:rsidRDefault="00C2023F" w:rsidP="003A4462">
      <w:pPr>
        <w:spacing w:after="0" w:line="240" w:lineRule="auto"/>
      </w:pPr>
      <w:r>
        <w:separator/>
      </w:r>
    </w:p>
  </w:footnote>
  <w:footnote w:type="continuationSeparator" w:id="0">
    <w:p w14:paraId="41C1E9E6" w14:textId="77777777" w:rsidR="00C2023F" w:rsidRDefault="00C2023F" w:rsidP="003A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75FA" w14:textId="6FA77942" w:rsidR="003A4462" w:rsidRDefault="003A4462" w:rsidP="003A4462">
    <w:pPr>
      <w:pStyle w:val="Nagwek"/>
      <w:jc w:val="center"/>
    </w:pPr>
    <w:r>
      <w:rPr>
        <w:noProof/>
      </w:rPr>
      <w:drawing>
        <wp:inline distT="0" distB="0" distL="0" distR="0" wp14:anchorId="2AE0D575" wp14:editId="65613CA1">
          <wp:extent cx="4714875" cy="647700"/>
          <wp:effectExtent l="0" t="0" r="0" b="0"/>
          <wp:docPr id="1421659915" name="image1.png" descr="Logotypy programu Fundusze Europejskie dla Śląskiego 2021-2027 (mono poziom)">
            <a:extLst xmlns:a="http://schemas.openxmlformats.org/drawingml/2006/main">
              <a:ext uri="{FF2B5EF4-FFF2-40B4-BE49-F238E27FC236}">
                <a16:creationId xmlns:a16="http://schemas.microsoft.com/office/drawing/2014/main" id="{8EE053D5-E1B3-468F-9B69-70882937550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y programu Fundusze Europejskie dla Śląskiego 2021-2027 (mono poziom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13BAD"/>
    <w:multiLevelType w:val="hybridMultilevel"/>
    <w:tmpl w:val="F49E0742"/>
    <w:lvl w:ilvl="0" w:tplc="CF2EAA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60676"/>
    <w:multiLevelType w:val="multilevel"/>
    <w:tmpl w:val="01625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147330C3"/>
    <w:multiLevelType w:val="hybridMultilevel"/>
    <w:tmpl w:val="5DEA7756"/>
    <w:lvl w:ilvl="0" w:tplc="FE5CD3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E6052"/>
    <w:multiLevelType w:val="hybridMultilevel"/>
    <w:tmpl w:val="06229A58"/>
    <w:lvl w:ilvl="0" w:tplc="9BD26B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3479"/>
    <w:multiLevelType w:val="hybridMultilevel"/>
    <w:tmpl w:val="EBF01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5034"/>
    <w:multiLevelType w:val="multilevel"/>
    <w:tmpl w:val="596C0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6FBA12F5"/>
    <w:multiLevelType w:val="hybridMultilevel"/>
    <w:tmpl w:val="F43E8144"/>
    <w:lvl w:ilvl="0" w:tplc="6EF2B4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0685D"/>
    <w:multiLevelType w:val="multilevel"/>
    <w:tmpl w:val="13A63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770220">
    <w:abstractNumId w:val="13"/>
  </w:num>
  <w:num w:numId="2" w16cid:durableId="1352607573">
    <w:abstractNumId w:val="14"/>
  </w:num>
  <w:num w:numId="3" w16cid:durableId="1601255694">
    <w:abstractNumId w:val="2"/>
  </w:num>
  <w:num w:numId="4" w16cid:durableId="1627924801">
    <w:abstractNumId w:val="12"/>
  </w:num>
  <w:num w:numId="5" w16cid:durableId="1805736851">
    <w:abstractNumId w:val="8"/>
  </w:num>
  <w:num w:numId="6" w16cid:durableId="1806194493">
    <w:abstractNumId w:val="16"/>
  </w:num>
  <w:num w:numId="7" w16cid:durableId="1917281377">
    <w:abstractNumId w:val="4"/>
  </w:num>
  <w:num w:numId="8" w16cid:durableId="1997490957">
    <w:abstractNumId w:val="6"/>
  </w:num>
  <w:num w:numId="9" w16cid:durableId="208079202">
    <w:abstractNumId w:val="0"/>
  </w:num>
  <w:num w:numId="10" w16cid:durableId="221647782">
    <w:abstractNumId w:val="1"/>
  </w:num>
  <w:num w:numId="11" w16cid:durableId="273832323">
    <w:abstractNumId w:val="15"/>
  </w:num>
  <w:num w:numId="12" w16cid:durableId="348028032">
    <w:abstractNumId w:val="9"/>
  </w:num>
  <w:num w:numId="13" w16cid:durableId="57284995">
    <w:abstractNumId w:val="3"/>
  </w:num>
  <w:num w:numId="14" w16cid:durableId="579099683">
    <w:abstractNumId w:val="11"/>
  </w:num>
  <w:num w:numId="15" w16cid:durableId="688332649">
    <w:abstractNumId w:val="7"/>
  </w:num>
  <w:num w:numId="16" w16cid:durableId="69546908">
    <w:abstractNumId w:val="10"/>
  </w:num>
  <w:num w:numId="17" w16cid:durableId="841580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5F"/>
    <w:rsid w:val="00034616"/>
    <w:rsid w:val="0006063C"/>
    <w:rsid w:val="00062205"/>
    <w:rsid w:val="00090EE4"/>
    <w:rsid w:val="000F2F1A"/>
    <w:rsid w:val="00115FF3"/>
    <w:rsid w:val="00146DD3"/>
    <w:rsid w:val="0015074B"/>
    <w:rsid w:val="0017412A"/>
    <w:rsid w:val="001F3115"/>
    <w:rsid w:val="00233299"/>
    <w:rsid w:val="0029639D"/>
    <w:rsid w:val="00303E76"/>
    <w:rsid w:val="00326F90"/>
    <w:rsid w:val="0038012D"/>
    <w:rsid w:val="003A4462"/>
    <w:rsid w:val="003D5C0D"/>
    <w:rsid w:val="003F595A"/>
    <w:rsid w:val="00461E0F"/>
    <w:rsid w:val="004B407D"/>
    <w:rsid w:val="004B7119"/>
    <w:rsid w:val="004C427A"/>
    <w:rsid w:val="004E6DCA"/>
    <w:rsid w:val="004F01DF"/>
    <w:rsid w:val="00504BB9"/>
    <w:rsid w:val="005060AD"/>
    <w:rsid w:val="00531C06"/>
    <w:rsid w:val="0058152A"/>
    <w:rsid w:val="005A3EDD"/>
    <w:rsid w:val="005E6810"/>
    <w:rsid w:val="0062399A"/>
    <w:rsid w:val="00625CB2"/>
    <w:rsid w:val="006578F8"/>
    <w:rsid w:val="00673460"/>
    <w:rsid w:val="0067470C"/>
    <w:rsid w:val="006B0823"/>
    <w:rsid w:val="006F2509"/>
    <w:rsid w:val="007039DB"/>
    <w:rsid w:val="0078111B"/>
    <w:rsid w:val="00794EBC"/>
    <w:rsid w:val="008806B9"/>
    <w:rsid w:val="00884D1D"/>
    <w:rsid w:val="008E10FE"/>
    <w:rsid w:val="00903B6A"/>
    <w:rsid w:val="00916B8C"/>
    <w:rsid w:val="00922146"/>
    <w:rsid w:val="0096102F"/>
    <w:rsid w:val="00980D63"/>
    <w:rsid w:val="00A0722E"/>
    <w:rsid w:val="00A77269"/>
    <w:rsid w:val="00A77C5A"/>
    <w:rsid w:val="00AA1D8D"/>
    <w:rsid w:val="00B15714"/>
    <w:rsid w:val="00B33207"/>
    <w:rsid w:val="00B33743"/>
    <w:rsid w:val="00B348C1"/>
    <w:rsid w:val="00B47730"/>
    <w:rsid w:val="00B823D7"/>
    <w:rsid w:val="00B856DC"/>
    <w:rsid w:val="00BD1B71"/>
    <w:rsid w:val="00C170A3"/>
    <w:rsid w:val="00C2023F"/>
    <w:rsid w:val="00CA6AE2"/>
    <w:rsid w:val="00CB0664"/>
    <w:rsid w:val="00D21DE4"/>
    <w:rsid w:val="00D5153B"/>
    <w:rsid w:val="00D61252"/>
    <w:rsid w:val="00D622AC"/>
    <w:rsid w:val="00D67611"/>
    <w:rsid w:val="00D9732D"/>
    <w:rsid w:val="00DB0283"/>
    <w:rsid w:val="00DE471D"/>
    <w:rsid w:val="00E1479C"/>
    <w:rsid w:val="00E230B8"/>
    <w:rsid w:val="00E31906"/>
    <w:rsid w:val="00E333EB"/>
    <w:rsid w:val="00E81CF8"/>
    <w:rsid w:val="00E91C00"/>
    <w:rsid w:val="00EF7D5E"/>
    <w:rsid w:val="00F741A8"/>
    <w:rsid w:val="00FC363D"/>
    <w:rsid w:val="00FC693F"/>
    <w:rsid w:val="00FF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1FBE7C"/>
  <w14:defaultImageDpi w14:val="300"/>
  <w15:docId w15:val="{02595232-3684-443A-B71A-A584A388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17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0AD1DBB14966488B849FD12EE42BD5" ma:contentTypeVersion="13" ma:contentTypeDescription="Create a new document." ma:contentTypeScope="" ma:versionID="2ed664ddd09f794082600d1c4fabff57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87f0a5a1bd8c4d1f69fa240a68a65dc8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1BBCCC-8A1A-428A-BE70-014DE8C3E51A}"/>
</file>

<file path=customXml/itemProps2.xml><?xml version="1.0" encoding="utf-8"?>
<ds:datastoreItem xmlns:ds="http://schemas.openxmlformats.org/officeDocument/2006/customXml" ds:itemID="{30DF24F5-8AAD-4133-95DC-60CD9C55F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48DAF9-EE46-4AF7-BE32-071B26A1B9A5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Starzycka</cp:lastModifiedBy>
  <cp:revision>2</cp:revision>
  <cp:lastPrinted>2026-04-20T11:15:00Z</cp:lastPrinted>
  <dcterms:created xsi:type="dcterms:W3CDTF">2026-09-16T06:39:00Z</dcterms:created>
  <dcterms:modified xsi:type="dcterms:W3CDTF">2026-09-16T06:39:00Z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